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קטגוריות הנושא בקלפי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שבו אפשר גם לבחור לא לענות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אני מעביר/ה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בגדים לבנים וחגיגיים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שיוך קלף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(הבית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(מילים ושפה)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(תקווה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(מילים ושפה)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(תקווה ועתיד)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שמשתפים רק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קלף 8 מבקש ללמד איך אומרים חג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קטגוריה שלמה של תקווה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נהוג ללבוש בגדים לבנים וחגיגיים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קלף 4 שואל בדיוק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בדף יש כפתור שלפו קלף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כיסופים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להעביר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מכבדת ושקשורה לנושא הקלף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ומכבדת שמתאימה לאחת הקטגוריות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החג / הבית שלי / מילים ושפה / 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כלשהו על הבדל בעוצמה או בתחושה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אני מעביר/ה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בקבוצות קטנות ולתת לכל תלמיד לבחור קלף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שהשתתפות בשיח היא בבחירה חופשית, אין חובה לשתף פרטים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בכתיבת קלף חדש ולשתף בכיתה את הקלפים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התכנים של קלפי השיח על חג הסיגד - שאלות על החג, הבית, מילים חדשות ותקווה לעתיד.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איזה חג מדברים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יש במשחק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לומר אם לא רוצים לענות על קלף?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מעביר/ה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לא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תשאלו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לי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נהוג להתפלל בחג הסיגד, לפי הקלף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במקום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בגדים קשור לחג, לפי אחד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לבנים וחגיגיים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צבעוניים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קטגוריות נושא יש לקלפים (לפי הצבעים)?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שיוך קלף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למה מתפללים במקום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הבית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ריח או אוכל מזכיר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מילים ושפה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אומרים חג שמח בשפה שלכם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תקווה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נותן תקווה בימים 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ושפה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ההבדל בין געגועים לכיסופים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תקווה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 רוצים בשנה הבאה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לא לענות על קלף ולהעביר 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הקלפים מבקש ללמד מילה חדשה בשפה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בעבר ולא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נהוג ללבוש בגדים ישנים ובלויים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הקלפים שואל על ריח או אוכל שמזכיר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לשלוף קלף בלחיצת כפתור, רק באקראי ביד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נהוג להתפלל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2 שואל איך מרגישים כשלובשים בגד __________ וחגיגי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השאלות עוסקת בהבדל בין געגועים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10 מבקש להשלים: בשנה הבאה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בקטגוריית מילים ושפה מבקשים ללמד איך אומרים חג __________ בשפה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בכל קלף אפשר לבחור __________ אם לא רוצים לענות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מהקלפים שקראתם וכתבו תשובה אישית, כמו שהייתם עונים בקבוצה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קלף שיח חדש לאחת מארבע הקטגוריות: החג, הבית שלי, מילים ושפה, תקווה ועתיד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מתוך ארבע הקטגוריות בקלפים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געגועים לכיסופים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לומר אם לא רוצים לענות על קלף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לסיגד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