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קטגוריות הנושא בקלפי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שבו אפשר גם לבחור לא לענות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אני מעביר/ה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שיוך קלף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(הבית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(מילים ושפה)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(תקווה ועתיד)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שמשתפים רק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קלף 8 מבקש ללמד איך אומרים חג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קטגוריה שלמה של תקווה ועתיד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מכבדת ושקשורה לנושא הקלף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החג / הבית שלי / מילים ושפה / 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כלשהו על הבדל בעוצמה או בתחושה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אני מעביר/ה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בקבוצות קטנות ולתת לכל תלמיד לבחור קלף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שהשתתפות בשיח היא בבחירה חופשית, אין חובה לשתף פרטים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בכתיבת קלף חדש ולשתף בכיתה את הקלפים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התכנים של קלפי השיח על חג הסיגד - שאלות על החג, הבית, מילים חדשות ותקווה לעתיד.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נקי  ·  רוצה  ·  גבוה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איזה חג מדברים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קלפים יש במשחק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אפשר לומר אם לא רוצים לענות על קלף?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מעביר/ה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לא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תשאלו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שיוך קלף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למה מתפללים במקום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תקווה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איזה ריח או אוכל מזכיר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איך אומרים חג שמח בשפה שלכם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הבית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נותן תקווה בימים 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מילים ושפה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לא לענות על קלף ולהעביר 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הקלפים מבקש ללמד מילה חדשה בשפה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הקלפים עוסקים רק בעבר ולא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נהוג להתפלל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קלף מספר 2 שואל איך מרגישים כשלובשים בגד __________ וחגיגי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קלף 10 מבקש להשלים: בשנה הבאה אני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מהקלפים שקראתם וכתבו תשובה אישית, כמו שהייתם עונים בקבוצה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קטגוריה אחת מתוך ארבע הקטגוריות בקלפים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געגועים לכיסופים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לסיגד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